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ytu"/>
        <w:jc w:val="left"/>
        <w:rPr/>
      </w:pPr>
      <w:bookmarkStart w:id="0" w:name="_GoBack"/>
      <w:bookmarkEnd w:id="0"/>
      <w:r>
        <w:rPr>
          <w:rFonts w:ascii="Arial" w:hAnsi="Arial"/>
          <w:b/>
          <w:sz w:val="32"/>
        </w:rPr>
        <w:t>BACZYN CHALLENGE</w:t>
      </w:r>
    </w:p>
    <w:p>
      <w:pPr>
        <w:pStyle w:val="Nagwek1"/>
        <w:jc w:val="left"/>
        <w:rPr/>
      </w:pPr>
      <w:r>
        <w:rPr>
          <w:sz w:val="26"/>
        </w:rPr>
        <w:t>ANIMATORSKI TURNIEJ PIŁKI SIATKOWEJ</w:t>
      </w:r>
    </w:p>
    <w:p>
      <w:pPr>
        <w:pStyle w:val="Nagwek2"/>
        <w:jc w:val="left"/>
        <w:rPr/>
      </w:pPr>
      <w:r>
        <w:rPr>
          <w:sz w:val="28"/>
        </w:rPr>
        <w:t>KARTA ZGŁOSZENIA DRUŻYNY</w:t>
      </w:r>
    </w:p>
    <w:p>
      <w:pPr>
        <w:pStyle w:val="Normal"/>
        <w:rPr/>
      </w:pPr>
      <w:r>
        <w:rPr>
          <w:b/>
        </w:rPr>
        <w:t xml:space="preserve">Termin turnieju: </w:t>
      </w:r>
      <w:r>
        <w:rPr/>
        <w:t>10.10.2026 r., godz. 9:00</w:t>
        <w:br/>
      </w:r>
      <w:r>
        <w:rPr>
          <w:b/>
        </w:rPr>
        <w:t xml:space="preserve">Miejsce: </w:t>
      </w:r>
      <w:r>
        <w:rPr/>
        <w:t>sala gimnastyczna przy SP w Baczynie</w:t>
        <w:br/>
      </w:r>
      <w:r>
        <w:rPr>
          <w:b/>
        </w:rPr>
        <w:t xml:space="preserve">Termin zgłoszeń: </w:t>
      </w:r>
      <w:r>
        <w:rPr/>
        <w:t>05.10.2026 r.</w:t>
      </w:r>
    </w:p>
    <w:tbl>
      <w:tblPr>
        <w:tblStyle w:val="Tabela-Siatka"/>
        <w:tblW w:w="103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51"/>
        <w:gridCol w:w="5550"/>
      </w:tblGrid>
      <w:tr>
        <w:trPr/>
        <w:tc>
          <w:tcPr>
            <w:tcW w:w="47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Nazwa drużyny:</w:t>
            </w:r>
          </w:p>
        </w:tc>
        <w:tc>
          <w:tcPr>
            <w:tcW w:w="55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</w:t>
            </w:r>
          </w:p>
        </w:tc>
      </w:tr>
      <w:tr>
        <w:trPr/>
        <w:tc>
          <w:tcPr>
            <w:tcW w:w="47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Kategoria wiekowa:</w:t>
            </w:r>
          </w:p>
        </w:tc>
        <w:tc>
          <w:tcPr>
            <w:tcW w:w="55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</w:t>
            </w:r>
          </w:p>
        </w:tc>
      </w:tr>
      <w:tr>
        <w:trPr/>
        <w:tc>
          <w:tcPr>
            <w:tcW w:w="47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Kapitan drużyny:</w:t>
            </w:r>
          </w:p>
        </w:tc>
        <w:tc>
          <w:tcPr>
            <w:tcW w:w="55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</w:t>
            </w:r>
          </w:p>
        </w:tc>
      </w:tr>
    </w:tbl>
    <w:p>
      <w:pPr>
        <w:pStyle w:val="Normal"/>
        <w:rPr/>
      </w:pPr>
      <w:r>
        <w:rPr>
          <w:b/>
        </w:rPr>
        <w:t xml:space="preserve">Kategoria wiekowa: </w:t>
      </w:r>
      <w:r>
        <w:rPr/>
        <w:t>☐ U15    ☐ 15+</w:t>
      </w:r>
    </w:p>
    <w:p>
      <w:pPr>
        <w:pStyle w:val="Nagwek2"/>
        <w:rPr/>
      </w:pPr>
      <w:r>
        <w:rPr/>
        <w:t>Dane kontaktowe kapitana</w:t>
      </w:r>
    </w:p>
    <w:tbl>
      <w:tblPr>
        <w:tblStyle w:val="Tabela-Siatka"/>
        <w:tblW w:w="103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75"/>
        <w:gridCol w:w="2576"/>
        <w:gridCol w:w="2575"/>
        <w:gridCol w:w="2575"/>
      </w:tblGrid>
      <w:tr>
        <w:trPr>
          <w:tblHeader w:val="true"/>
        </w:trPr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Imię i nazwisko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Telefon</w:t>
            </w:r>
          </w:p>
        </w:tc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E-mail</w:t>
            </w:r>
          </w:p>
        </w:tc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Podpis</w:t>
            </w:r>
          </w:p>
        </w:tc>
      </w:tr>
      <w:tr>
        <w:trPr/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5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</w:tbl>
    <w:p>
      <w:pPr>
        <w:pStyle w:val="Nagwek2"/>
        <w:rPr/>
      </w:pPr>
      <w:r>
        <w:rPr/>
        <w:t>Skład drużyny (6–8 zawodników, w tym minimum 2 kobiety)</w:t>
      </w:r>
    </w:p>
    <w:tbl>
      <w:tblPr>
        <w:tblStyle w:val="Tabela-Siatka"/>
        <w:tblW w:w="103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60"/>
        <w:gridCol w:w="2060"/>
        <w:gridCol w:w="2062"/>
        <w:gridCol w:w="2059"/>
        <w:gridCol w:w="2061"/>
      </w:tblGrid>
      <w:tr>
        <w:trPr>
          <w:tblHeader w:val="true"/>
        </w:trPr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Lp.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Imię i nazwisko zawodnika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Rok urodzenia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K/M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Uwagi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1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3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4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5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6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7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  <w:tr>
        <w:trPr/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8</w:t>
            </w:r>
          </w:p>
        </w:tc>
        <w:tc>
          <w:tcPr>
            <w:tcW w:w="206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06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 xml:space="preserve"> </w:t>
            </w:r>
          </w:p>
        </w:tc>
      </w:tr>
    </w:tbl>
    <w:p>
      <w:pPr>
        <w:pStyle w:val="Nagwek2"/>
        <w:rPr/>
      </w:pPr>
      <w:r>
        <w:rPr/>
        <w:t>Oświadczenie kapitana drużyny</w:t>
      </w:r>
    </w:p>
    <w:p>
      <w:pPr>
        <w:pStyle w:val="Normal"/>
        <w:spacing w:before="0" w:after="160"/>
        <w:rPr/>
      </w:pPr>
      <w:r>
        <w:rPr/>
        <w:t>Zgłaszam drużynę do udziału w Animatorskim Turnieju Piłki Siatkowej „Baczyn Challenge” i oświadczam, że podane wyżej dane są zgodne ze stanem faktycznym. Potwierdzam, że skład drużyny spełnia wymagania określone w Regulaminie Turnieju. Zobowiązuję się do przekazania organizatorowi wymaganych oświadczeń uczestników zgodnie z Regulaminem Turnieju.</w:t>
      </w:r>
    </w:p>
    <w:tbl>
      <w:tblPr>
        <w:tblStyle w:val="Tabela-Siatka"/>
        <w:tblW w:w="103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51"/>
        <w:gridCol w:w="5150"/>
      </w:tblGrid>
      <w:tr>
        <w:trPr>
          <w:tblHeader w:val="true"/>
        </w:trPr>
        <w:tc>
          <w:tcPr>
            <w:tcW w:w="51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Miejscowość i data</w:t>
            </w:r>
          </w:p>
        </w:tc>
        <w:tc>
          <w:tcPr>
            <w:tcW w:w="51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Cs w:val="22"/>
                <w:lang w:val="en-US" w:eastAsia="en-US" w:bidi="ar-SA"/>
              </w:rPr>
              <w:t>Podpis kapitana</w:t>
            </w:r>
          </w:p>
        </w:tc>
      </w:tr>
      <w:tr>
        <w:trPr/>
        <w:tc>
          <w:tcPr>
            <w:tcW w:w="51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........................................</w:t>
            </w:r>
          </w:p>
        </w:tc>
        <w:tc>
          <w:tcPr>
            <w:tcW w:w="51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........................................</w:t>
            </w:r>
          </w:p>
        </w:tc>
      </w:tr>
    </w:tbl>
    <w:p>
      <w:pPr>
        <w:pStyle w:val="Normal"/>
        <w:rPr/>
      </w:pPr>
      <w:r>
        <w:rPr>
          <w:b/>
        </w:rPr>
        <w:t xml:space="preserve">Zgłoszenia drużyn przyjmowane są pod adresem: </w:t>
      </w:r>
      <w:r>
        <w:rPr/>
        <w:t>zspbaczyn@budzow.pl</w:t>
      </w:r>
      <w:r>
        <w:rPr>
          <w:b/>
        </w:rPr>
        <w:br/>
        <w:t xml:space="preserve">Osoba wspierająca i monitorująca zapisy: </w:t>
      </w:r>
      <w:r>
        <w:rPr/>
        <w:t>Pan Krzysztof Łuczak</w:t>
      </w:r>
    </w:p>
    <w:p>
      <w:pPr>
        <w:pStyle w:val="Normal"/>
        <w:spacing w:before="120" w:after="200"/>
        <w:rPr/>
      </w:pPr>
      <w:r>
        <w:rPr>
          <w:b/>
        </w:rPr>
        <w:t xml:space="preserve">Uwaga: </w:t>
      </w:r>
      <w:r>
        <w:rPr/>
        <w:t>W dniu turnieju należy złożyć wymagane oświadczenia zawodników pełnoletnich oraz rodziców lub opiekunów prawnych zawodników niepełnoletnich, zgodnie z Regulaminem Turnieju.</w:t>
      </w:r>
    </w:p>
    <w:sectPr>
      <w:type w:val="nextPage"/>
      <w:pgSz w:w="12240" w:h="15840"/>
      <w:pgMar w:left="964" w:right="964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Arial" w:cs="" w:cstheme="minorBidi"/>
      <w:color w:val="auto"/>
      <w:kern w:val="0"/>
      <w:sz w:val="24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32"/>
      <w:szCs w:val="28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C49599-AD9C-42CE-84E7-83BB81773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LibreOffice/7.4.0.3$Windows_X86_64 LibreOffice_project/f85e47c08ddd19c015c0114a68350214f7066f5a</Application>
  <AppVersion>15.0000</AppVersion>
  <Pages>1</Pages>
  <Words>167</Words>
  <Characters>1349</Characters>
  <CharactersWithSpaces>1516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2026-09-18T06:29:00Z</dcterms:created>
  <dc:creator>Zespół Szkolno-Przedszkolny w Baczynie</dc:creator>
  <dc:description>generated by python-docx</dc:description>
  <dc:language>pl-PL</dc:language>
  <cp:lastModifiedBy/>
  <dcterms:modified xsi:type="dcterms:W3CDTF">2026-09-18T09:27:44Z</dcterms:modified>
  <cp:revision>3</cp:revision>
  <dc:subject>Animatorski Turniej Piłki Siatkowej</dc:subject>
  <dc:title>Karta zgłoszenia drużyny – Baczyn Challenge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